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28A16" w14:textId="77777777" w:rsidR="00B661C5" w:rsidRPr="00B163E2" w:rsidRDefault="00B661C5" w:rsidP="00B661C5">
      <w:pPr>
        <w:jc w:val="center"/>
      </w:pPr>
      <w:r>
        <w:rPr>
          <w:b/>
          <w:sz w:val="20"/>
        </w:rPr>
        <w:t>Honors Chemistry — Choice Board Assignment</w:t>
      </w:r>
    </w:p>
    <w:p w14:paraId="2831E407" w14:textId="77777777" w:rsidR="009A4A21" w:rsidRPr="00B661C5" w:rsidRDefault="00000000">
      <w:pPr>
        <w:jc w:val="center"/>
        <w:rPr>
          <w:color w:val="1F497D" w:themeColor="text2"/>
        </w:rPr>
      </w:pPr>
      <w:r w:rsidRPr="00B661C5">
        <w:rPr>
          <w:b/>
          <w:color w:val="1F497D" w:themeColor="text2"/>
          <w:sz w:val="30"/>
        </w:rPr>
        <w:t>The Pharmacy Audit: Verify, Recalculate &amp; Explain</w:t>
      </w:r>
    </w:p>
    <w:p w14:paraId="6315F697" w14:textId="68F0C599" w:rsidR="00B661C5" w:rsidRPr="00B163E2" w:rsidRDefault="00B661C5" w:rsidP="00B661C5">
      <w:pPr>
        <w:jc w:val="center"/>
        <w:rPr>
          <w:sz w:val="32"/>
          <w:szCs w:val="32"/>
        </w:rPr>
      </w:pPr>
      <w:r w:rsidRPr="00B163E2">
        <w:rPr>
          <w:b/>
          <w:sz w:val="32"/>
          <w:szCs w:val="32"/>
        </w:rPr>
        <w:t xml:space="preserve">Area </w:t>
      </w:r>
      <w:r>
        <w:rPr>
          <w:b/>
          <w:sz w:val="32"/>
          <w:szCs w:val="32"/>
        </w:rPr>
        <w:t>3</w:t>
      </w:r>
      <w:r w:rsidRPr="00B163E2">
        <w:rPr>
          <w:b/>
          <w:sz w:val="32"/>
          <w:szCs w:val="32"/>
        </w:rPr>
        <w:t xml:space="preserve"> ASPIRE TO DO – Option A</w:t>
      </w:r>
    </w:p>
    <w:p w14:paraId="4783C854" w14:textId="3888B570" w:rsidR="009A4A21" w:rsidRDefault="00000000">
      <w:r>
        <w:rPr>
          <w:b/>
        </w:rPr>
        <w:t>Level 3.0 targets stretched</w:t>
      </w:r>
      <w:r w:rsidR="00B661C5">
        <w:rPr>
          <w:b/>
        </w:rPr>
        <w:t xml:space="preserve">: </w:t>
      </w:r>
      <w:r>
        <w:t>SC.</w:t>
      </w:r>
      <w:proofErr w:type="gramStart"/>
      <w:r>
        <w:t>912.P.</w:t>
      </w:r>
      <w:proofErr w:type="gramEnd"/>
      <w:r>
        <w:t>12.10 T1-T</w:t>
      </w:r>
      <w:proofErr w:type="gramStart"/>
      <w:r>
        <w:t>3  |</w:t>
      </w:r>
      <w:proofErr w:type="gramEnd"/>
      <w:r>
        <w:t xml:space="preserve">  SC.</w:t>
      </w:r>
      <w:proofErr w:type="gramStart"/>
      <w:r>
        <w:t>912.P.</w:t>
      </w:r>
      <w:proofErr w:type="gramEnd"/>
      <w:r>
        <w:t>12.11 T1 - auditing real compounding data: verify concentration, catch claims that do not add up, and recalculate from the batch records.</w:t>
      </w:r>
    </w:p>
    <w:p w14:paraId="25A9210C" w14:textId="77777777" w:rsidR="009A4A21" w:rsidRDefault="00000000">
      <w:r>
        <w:rPr>
          <w:b/>
        </w:rPr>
        <w:t>The Challenge</w:t>
      </w:r>
    </w:p>
    <w:p w14:paraId="64659DBA" w14:textId="6DCB25CE" w:rsidR="009A4A21" w:rsidRDefault="00000000">
      <w:r>
        <w:t>You are the supervising pharmacist. A compounding pharmacy prepared a 0.500 M</w:t>
      </w:r>
      <w:r w:rsidR="00B661C5">
        <w:t xml:space="preserve"> (mol/L)</w:t>
      </w:r>
      <w:r>
        <w:t xml:space="preserve"> sodium chloride (NaCl) IV solution, and three records from the shift log need auditing before the batch ships: the salt weighing log, the "ions per bag" claim, and the stock-dilution note. Your job: recompute each with correct units, decide which records are wrong and by how much, identify the source of each error, and write the correction memo - because dosing errors in an IV can be life-threatening.</w:t>
      </w:r>
    </w:p>
    <w:p w14:paraId="2960D6A4" w14:textId="77777777" w:rsidR="009A4A21" w:rsidRDefault="00000000">
      <w:r>
        <w:rPr>
          <w:b/>
          <w:sz w:val="24"/>
        </w:rPr>
        <w:t>Part 1 - Verify the Batch Recipe</w:t>
      </w:r>
    </w:p>
    <w:p w14:paraId="031724E7" w14:textId="77777777" w:rsidR="009A4A21" w:rsidRDefault="00000000">
      <w:r>
        <w:t>First restate the math that SHOULD be used: given molar mass, target molarity, and target volume, what mass of NaCl is required? Compute it for 4.0 L of 0.500 M NaCl.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9A4A21" w14:paraId="2DCE820E" w14:textId="77777777">
        <w:tc>
          <w:tcPr>
            <w:tcW w:w="5256" w:type="dxa"/>
          </w:tcPr>
          <w:p w14:paraId="29EF64CC" w14:textId="77777777" w:rsidR="009A4A21" w:rsidRDefault="00000000">
            <w:r>
              <w:rPr>
                <w:b/>
              </w:rPr>
              <w:t>Quantity</w:t>
            </w:r>
          </w:p>
        </w:tc>
        <w:tc>
          <w:tcPr>
            <w:tcW w:w="5256" w:type="dxa"/>
          </w:tcPr>
          <w:p w14:paraId="5FFAA666" w14:textId="77777777" w:rsidR="009A4A21" w:rsidRDefault="00000000">
            <w:r>
              <w:rPr>
                <w:b/>
              </w:rPr>
              <w:t>Computed (show units)</w:t>
            </w:r>
          </w:p>
        </w:tc>
      </w:tr>
      <w:tr w:rsidR="009A4A21" w14:paraId="3F6B1682" w14:textId="77777777">
        <w:tc>
          <w:tcPr>
            <w:tcW w:w="5256" w:type="dxa"/>
          </w:tcPr>
          <w:p w14:paraId="6660153F" w14:textId="77777777" w:rsidR="009A4A21" w:rsidRDefault="00000000">
            <w:r>
              <w:t>Molar mass of NaCl (g/mol)</w:t>
            </w:r>
          </w:p>
        </w:tc>
        <w:tc>
          <w:tcPr>
            <w:tcW w:w="5256" w:type="dxa"/>
          </w:tcPr>
          <w:p w14:paraId="0F1BFAA4" w14:textId="77777777" w:rsidR="009A4A21" w:rsidRDefault="009A4A21"/>
        </w:tc>
      </w:tr>
      <w:tr w:rsidR="009A4A21" w14:paraId="1D3F01FB" w14:textId="77777777">
        <w:tc>
          <w:tcPr>
            <w:tcW w:w="5256" w:type="dxa"/>
          </w:tcPr>
          <w:p w14:paraId="0A4B4429" w14:textId="77777777" w:rsidR="009A4A21" w:rsidRDefault="00000000">
            <w:r>
              <w:t>Moles of NaCl needed (mol)</w:t>
            </w:r>
          </w:p>
        </w:tc>
        <w:tc>
          <w:tcPr>
            <w:tcW w:w="5256" w:type="dxa"/>
          </w:tcPr>
          <w:p w14:paraId="04827E96" w14:textId="77777777" w:rsidR="009A4A21" w:rsidRDefault="009A4A21"/>
        </w:tc>
      </w:tr>
      <w:tr w:rsidR="009A4A21" w14:paraId="3528555D" w14:textId="77777777">
        <w:tc>
          <w:tcPr>
            <w:tcW w:w="5256" w:type="dxa"/>
          </w:tcPr>
          <w:p w14:paraId="153BCA96" w14:textId="77777777" w:rsidR="009A4A21" w:rsidRDefault="00000000">
            <w:r>
              <w:t>Mass of NaCl needed (g)</w:t>
            </w:r>
          </w:p>
        </w:tc>
        <w:tc>
          <w:tcPr>
            <w:tcW w:w="5256" w:type="dxa"/>
          </w:tcPr>
          <w:p w14:paraId="31D78C26" w14:textId="77777777" w:rsidR="009A4A21" w:rsidRDefault="009A4A21"/>
        </w:tc>
      </w:tr>
    </w:tbl>
    <w:p w14:paraId="675F962B" w14:textId="77777777" w:rsidR="009A4A21" w:rsidRDefault="00000000">
      <w:r>
        <w:rPr>
          <w:b/>
          <w:sz w:val="24"/>
        </w:rPr>
        <w:t>Part 2 - Audit the Weighing Log</w:t>
      </w:r>
    </w:p>
    <w:p w14:paraId="5910D11A" w14:textId="77777777" w:rsidR="009A4A21" w:rsidRDefault="00000000">
      <w:r>
        <w:t>The log shows 121 g was weighed "to be safe." Recompute the ACTUAL molarity that 121 g in 4.0 L produces, find the percent overshoot, and decide (with reasoning) whether the batch should ship as-is, be diluted, or be rejected. Salt purity: the drum carries a "99.5% pure" certificate. If the technician had weighed 118.6 g of that impure salt and ignored the certificate, what molarity would the batch really be - and show the two-step correction that compensates for purity.</w:t>
      </w:r>
    </w:p>
    <w:p w14:paraId="7532B858" w14:textId="77777777" w:rsidR="009A4A21" w:rsidRDefault="00000000">
      <w:r>
        <w:rPr>
          <w:b/>
          <w:sz w:val="24"/>
        </w:rPr>
        <w:t>Part 3 - Audit the "Ions per Bag" Claim</w:t>
      </w:r>
    </w:p>
    <w:p w14:paraId="35D7095F" w14:textId="77777777" w:rsidR="009A4A21" w:rsidRDefault="00000000">
      <w:r>
        <w:t>A label claims a 250 mL bag of 0.500 M NaCl contains 6.022 × 10²³ sodium ions. Compute the true number of sodium ions in one bag and explain, at the mole level, the arithmetic error that produced the 6.022 × 10²³ number.</w:t>
      </w:r>
    </w:p>
    <w:p w14:paraId="158F4FAA" w14:textId="77777777" w:rsidR="009A4A21" w:rsidRDefault="00000000">
      <w:r>
        <w:rPr>
          <w:b/>
          <w:sz w:val="24"/>
        </w:rPr>
        <w:t>Part 4 - Audit the Dilution Note</w:t>
      </w:r>
    </w:p>
    <w:p w14:paraId="35EFF18B" w14:textId="77777777" w:rsidR="009A4A21" w:rsidRDefault="00000000">
      <w:r>
        <w:t>The stock room claims: "100 mL of 2.0 M stock, diluted to 1.0 L, gives 0.200 M." Verify that claim. Then run the what-if: what molarity results if a hurried tech actually pours 100 mL of stock but tops the jug off to a guessed "about a liter" that is really 0.90 L? Compute both, then name the equipment change and the verification step that would have prevented the error.</w:t>
      </w:r>
    </w:p>
    <w:p w14:paraId="51123198" w14:textId="77777777" w:rsidR="009A4A21" w:rsidRDefault="00000000">
      <w:r>
        <w:rPr>
          <w:b/>
          <w:sz w:val="24"/>
        </w:rPr>
        <w:t>Part 5 - The Correction Memo (CER)</w:t>
      </w:r>
    </w:p>
    <w:p w14:paraId="07742A97" w14:textId="455145A6" w:rsidR="009A4A21" w:rsidRDefault="00000000">
      <w:r>
        <w:t>Write the memo: which records failed the audit, the single most dangerous error, and a CER explaining (claim, evidence, reasoning) why the mole concept - not weighing "to be safe" - is what protects patients from dosing errors.</w:t>
      </w:r>
    </w:p>
    <w:sectPr w:rsidR="009A4A21" w:rsidSect="00B661C5">
      <w:pgSz w:w="12240" w:h="15840"/>
      <w:pgMar w:top="630" w:right="864" w:bottom="81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3131194">
    <w:abstractNumId w:val="8"/>
  </w:num>
  <w:num w:numId="2" w16cid:durableId="101535709">
    <w:abstractNumId w:val="6"/>
  </w:num>
  <w:num w:numId="3" w16cid:durableId="33241762">
    <w:abstractNumId w:val="5"/>
  </w:num>
  <w:num w:numId="4" w16cid:durableId="79833036">
    <w:abstractNumId w:val="4"/>
  </w:num>
  <w:num w:numId="5" w16cid:durableId="1352760387">
    <w:abstractNumId w:val="7"/>
  </w:num>
  <w:num w:numId="6" w16cid:durableId="127674831">
    <w:abstractNumId w:val="3"/>
  </w:num>
  <w:num w:numId="7" w16cid:durableId="1513105899">
    <w:abstractNumId w:val="2"/>
  </w:num>
  <w:num w:numId="8" w16cid:durableId="466748636">
    <w:abstractNumId w:val="1"/>
  </w:num>
  <w:num w:numId="9" w16cid:durableId="151456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1BAE"/>
    <w:rsid w:val="009A4A21"/>
    <w:rsid w:val="00A539B4"/>
    <w:rsid w:val="00AA1D8D"/>
    <w:rsid w:val="00B47730"/>
    <w:rsid w:val="00B661C5"/>
    <w:rsid w:val="00BF785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F75BE2"/>
  <w14:defaultImageDpi w14:val="300"/>
  <w15:docId w15:val="{593C034F-B056-429B-A361-4B1709A8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2026-09-16T13:18:00Z</dcterms:modified>
  <cp:category/>
</cp:coreProperties>
</file>